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1D623" w14:textId="3A5DBC27" w:rsidR="00A020EC" w:rsidRDefault="00000000">
      <w:pPr>
        <w:jc w:val="center"/>
      </w:pPr>
      <w:r>
        <w:rPr>
          <w:b/>
          <w:sz w:val="20"/>
        </w:rPr>
        <w:t>FORMATO DE INSCRIPCIÓN DE CANDIDATOS</w:t>
      </w:r>
      <w:r>
        <w:rPr>
          <w:b/>
          <w:sz w:val="20"/>
        </w:rPr>
        <w:br/>
        <w:t>ELECCIÓN DE REPRESENTANTES DE LOS EMPLEADOS PÚBLICOS ANTE LA JUNTA DIRECTIVA</w:t>
      </w:r>
      <w:r>
        <w:rPr>
          <w:b/>
          <w:sz w:val="20"/>
        </w:rPr>
        <w:br/>
        <w:t>PERÍODO 2026–2028</w:t>
      </w:r>
    </w:p>
    <w:p w14:paraId="0580F68D" w14:textId="77777777" w:rsidR="00A020EC" w:rsidRDefault="00000000">
      <w:pPr>
        <w:jc w:val="both"/>
      </w:pPr>
      <w:r>
        <w:rPr>
          <w:sz w:val="20"/>
        </w:rPr>
        <w:t>Este formato formaliza la inscripción de los empleados públicos de planta que aspiren a representar el área administrativa o asistencial ante la Junta Directiva, conforme a la resolución de convocatoria vigente.</w:t>
      </w:r>
    </w:p>
    <w:p w14:paraId="3F7F4030" w14:textId="77777777" w:rsidR="00A020EC" w:rsidRDefault="00000000">
      <w:pPr>
        <w:jc w:val="both"/>
      </w:pPr>
      <w:r>
        <w:rPr>
          <w:b/>
          <w:sz w:val="20"/>
        </w:rPr>
        <w:t>1. TIPO DE POSTULACIÓN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A020EC" w14:paraId="72767597" w14:textId="77777777">
        <w:trPr>
          <w:jc w:val="center"/>
        </w:trPr>
        <w:tc>
          <w:tcPr>
            <w:tcW w:w="5112" w:type="dxa"/>
          </w:tcPr>
          <w:p w14:paraId="0FCE376C" w14:textId="77777777" w:rsidR="00A020EC" w:rsidRDefault="00000000">
            <w:r>
              <w:rPr>
                <w:sz w:val="17"/>
              </w:rPr>
              <w:t>☐ REPRESENTANTE DEL ÁREA ADMINISTRATIVA</w:t>
            </w:r>
          </w:p>
        </w:tc>
        <w:tc>
          <w:tcPr>
            <w:tcW w:w="5112" w:type="dxa"/>
          </w:tcPr>
          <w:p w14:paraId="7530F6BC" w14:textId="77777777" w:rsidR="00A020EC" w:rsidRDefault="00000000">
            <w:r>
              <w:rPr>
                <w:sz w:val="17"/>
              </w:rPr>
              <w:t>☐ REPRESENTANTE DEL ÁREA ASISTENCIAL</w:t>
            </w:r>
          </w:p>
        </w:tc>
      </w:tr>
      <w:tr w:rsidR="00A020EC" w14:paraId="3E096766" w14:textId="77777777">
        <w:trPr>
          <w:jc w:val="center"/>
        </w:trPr>
        <w:tc>
          <w:tcPr>
            <w:tcW w:w="5112" w:type="dxa"/>
          </w:tcPr>
          <w:p w14:paraId="458A2641" w14:textId="1549D3B7" w:rsidR="00A020EC" w:rsidRDefault="00000000">
            <w:proofErr w:type="spellStart"/>
            <w:r>
              <w:rPr>
                <w:sz w:val="17"/>
              </w:rPr>
              <w:t>Fecha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inscripción</w:t>
            </w:r>
            <w:proofErr w:type="spellEnd"/>
            <w:r>
              <w:rPr>
                <w:sz w:val="17"/>
              </w:rPr>
              <w:t xml:space="preserve">: </w:t>
            </w:r>
          </w:p>
        </w:tc>
        <w:tc>
          <w:tcPr>
            <w:tcW w:w="5112" w:type="dxa"/>
          </w:tcPr>
          <w:p w14:paraId="5FEA63F4" w14:textId="4C4BD485" w:rsidR="00A020EC" w:rsidRDefault="00A020EC"/>
        </w:tc>
      </w:tr>
    </w:tbl>
    <w:p w14:paraId="09D09324" w14:textId="77777777" w:rsidR="00A020EC" w:rsidRDefault="00000000">
      <w:pPr>
        <w:jc w:val="both"/>
      </w:pPr>
      <w:r>
        <w:rPr>
          <w:b/>
          <w:sz w:val="20"/>
        </w:rPr>
        <w:t>2. INFORMACIÓN DEL ASPIRANTE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A020EC" w14:paraId="0CB7D745" w14:textId="77777777">
        <w:trPr>
          <w:jc w:val="center"/>
        </w:trPr>
        <w:tc>
          <w:tcPr>
            <w:tcW w:w="5112" w:type="dxa"/>
          </w:tcPr>
          <w:p w14:paraId="21A992D0" w14:textId="77777777" w:rsidR="00A020EC" w:rsidRDefault="00000000">
            <w:r>
              <w:rPr>
                <w:sz w:val="17"/>
              </w:rPr>
              <w:t>CAMPO</w:t>
            </w:r>
          </w:p>
        </w:tc>
        <w:tc>
          <w:tcPr>
            <w:tcW w:w="5112" w:type="dxa"/>
          </w:tcPr>
          <w:p w14:paraId="0171FB06" w14:textId="77777777" w:rsidR="00A020EC" w:rsidRDefault="00000000">
            <w:r>
              <w:rPr>
                <w:sz w:val="17"/>
              </w:rPr>
              <w:t>INFORMACIÓN</w:t>
            </w:r>
          </w:p>
        </w:tc>
      </w:tr>
      <w:tr w:rsidR="00A020EC" w14:paraId="71D9BA91" w14:textId="77777777">
        <w:trPr>
          <w:jc w:val="center"/>
        </w:trPr>
        <w:tc>
          <w:tcPr>
            <w:tcW w:w="5112" w:type="dxa"/>
          </w:tcPr>
          <w:p w14:paraId="03CA2D7D" w14:textId="77777777" w:rsidR="00A020EC" w:rsidRDefault="00000000">
            <w:r>
              <w:rPr>
                <w:sz w:val="17"/>
              </w:rPr>
              <w:t>Nombres y apellidos</w:t>
            </w:r>
          </w:p>
        </w:tc>
        <w:tc>
          <w:tcPr>
            <w:tcW w:w="5112" w:type="dxa"/>
          </w:tcPr>
          <w:p w14:paraId="7E3FD4F5" w14:textId="77777777" w:rsidR="00A020EC" w:rsidRDefault="00A020EC"/>
        </w:tc>
      </w:tr>
      <w:tr w:rsidR="00A020EC" w14:paraId="3BC2209E" w14:textId="77777777">
        <w:trPr>
          <w:jc w:val="center"/>
        </w:trPr>
        <w:tc>
          <w:tcPr>
            <w:tcW w:w="5112" w:type="dxa"/>
          </w:tcPr>
          <w:p w14:paraId="48D74323" w14:textId="77777777" w:rsidR="00A020EC" w:rsidRDefault="00000000">
            <w:r>
              <w:rPr>
                <w:sz w:val="17"/>
              </w:rPr>
              <w:t>Tipo y número de identificación</w:t>
            </w:r>
          </w:p>
        </w:tc>
        <w:tc>
          <w:tcPr>
            <w:tcW w:w="5112" w:type="dxa"/>
          </w:tcPr>
          <w:p w14:paraId="0537764D" w14:textId="77777777" w:rsidR="00A020EC" w:rsidRDefault="00A020EC"/>
        </w:tc>
      </w:tr>
      <w:tr w:rsidR="00A020EC" w14:paraId="0DC43AD7" w14:textId="77777777">
        <w:trPr>
          <w:jc w:val="center"/>
        </w:trPr>
        <w:tc>
          <w:tcPr>
            <w:tcW w:w="5112" w:type="dxa"/>
          </w:tcPr>
          <w:p w14:paraId="216A3387" w14:textId="77777777" w:rsidR="00A020EC" w:rsidRDefault="00000000">
            <w:r>
              <w:rPr>
                <w:sz w:val="17"/>
              </w:rPr>
              <w:t>Cargo</w:t>
            </w:r>
          </w:p>
        </w:tc>
        <w:tc>
          <w:tcPr>
            <w:tcW w:w="5112" w:type="dxa"/>
          </w:tcPr>
          <w:p w14:paraId="02478BA0" w14:textId="77777777" w:rsidR="00A020EC" w:rsidRDefault="00A020EC"/>
        </w:tc>
      </w:tr>
      <w:tr w:rsidR="00A020EC" w14:paraId="4EDE696E" w14:textId="77777777">
        <w:trPr>
          <w:jc w:val="center"/>
        </w:trPr>
        <w:tc>
          <w:tcPr>
            <w:tcW w:w="5112" w:type="dxa"/>
          </w:tcPr>
          <w:p w14:paraId="3C12090C" w14:textId="77777777" w:rsidR="00A020EC" w:rsidRDefault="00000000">
            <w:r>
              <w:rPr>
                <w:sz w:val="17"/>
              </w:rPr>
              <w:t>Código y grado</w:t>
            </w:r>
          </w:p>
        </w:tc>
        <w:tc>
          <w:tcPr>
            <w:tcW w:w="5112" w:type="dxa"/>
          </w:tcPr>
          <w:p w14:paraId="1AF1F205" w14:textId="77777777" w:rsidR="00A020EC" w:rsidRDefault="00A020EC"/>
        </w:tc>
      </w:tr>
      <w:tr w:rsidR="00A020EC" w14:paraId="188366EA" w14:textId="77777777">
        <w:trPr>
          <w:jc w:val="center"/>
        </w:trPr>
        <w:tc>
          <w:tcPr>
            <w:tcW w:w="5112" w:type="dxa"/>
          </w:tcPr>
          <w:p w14:paraId="457F82F8" w14:textId="77777777" w:rsidR="00A020EC" w:rsidRDefault="00000000">
            <w:proofErr w:type="spellStart"/>
            <w:r>
              <w:rPr>
                <w:sz w:val="17"/>
              </w:rPr>
              <w:t>Dependencia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sede</w:t>
            </w:r>
            <w:proofErr w:type="spellEnd"/>
          </w:p>
        </w:tc>
        <w:tc>
          <w:tcPr>
            <w:tcW w:w="5112" w:type="dxa"/>
          </w:tcPr>
          <w:p w14:paraId="47D02E0C" w14:textId="77777777" w:rsidR="00A020EC" w:rsidRDefault="00A020EC"/>
        </w:tc>
      </w:tr>
      <w:tr w:rsidR="00A020EC" w14:paraId="2A6FAD98" w14:textId="77777777">
        <w:trPr>
          <w:jc w:val="center"/>
        </w:trPr>
        <w:tc>
          <w:tcPr>
            <w:tcW w:w="5112" w:type="dxa"/>
          </w:tcPr>
          <w:p w14:paraId="040FEFB6" w14:textId="77777777" w:rsidR="00A020EC" w:rsidRDefault="00000000">
            <w:r>
              <w:rPr>
                <w:sz w:val="17"/>
              </w:rPr>
              <w:t>Área a la que pertenece</w:t>
            </w:r>
          </w:p>
        </w:tc>
        <w:tc>
          <w:tcPr>
            <w:tcW w:w="5112" w:type="dxa"/>
          </w:tcPr>
          <w:p w14:paraId="726BBE47" w14:textId="77777777" w:rsidR="00A020EC" w:rsidRDefault="00000000">
            <w:r>
              <w:rPr>
                <w:sz w:val="17"/>
              </w:rPr>
              <w:t>☐ Administrativa    ☐ Asistencial</w:t>
            </w:r>
          </w:p>
        </w:tc>
      </w:tr>
      <w:tr w:rsidR="00A020EC" w14:paraId="04ED3935" w14:textId="77777777">
        <w:trPr>
          <w:jc w:val="center"/>
        </w:trPr>
        <w:tc>
          <w:tcPr>
            <w:tcW w:w="5112" w:type="dxa"/>
          </w:tcPr>
          <w:p w14:paraId="1963672E" w14:textId="77777777" w:rsidR="00A020EC" w:rsidRDefault="00000000">
            <w:r>
              <w:rPr>
                <w:sz w:val="17"/>
              </w:rPr>
              <w:t>Subred, si aplica</w:t>
            </w:r>
          </w:p>
        </w:tc>
        <w:tc>
          <w:tcPr>
            <w:tcW w:w="5112" w:type="dxa"/>
          </w:tcPr>
          <w:p w14:paraId="157A03B7" w14:textId="77777777" w:rsidR="00A020EC" w:rsidRDefault="00000000">
            <w:r>
              <w:rPr>
                <w:sz w:val="17"/>
              </w:rPr>
              <w:t>☐ Canapote    ☐ Pozón    ☐ Arroz Barato    ☐ No aplica</w:t>
            </w:r>
          </w:p>
        </w:tc>
      </w:tr>
      <w:tr w:rsidR="00A020EC" w14:paraId="6C9F1C77" w14:textId="77777777">
        <w:trPr>
          <w:jc w:val="center"/>
        </w:trPr>
        <w:tc>
          <w:tcPr>
            <w:tcW w:w="5112" w:type="dxa"/>
          </w:tcPr>
          <w:p w14:paraId="1BB862CC" w14:textId="77777777" w:rsidR="00A020EC" w:rsidRDefault="00000000">
            <w:r>
              <w:rPr>
                <w:sz w:val="17"/>
              </w:rPr>
              <w:t>Correo institucional</w:t>
            </w:r>
          </w:p>
        </w:tc>
        <w:tc>
          <w:tcPr>
            <w:tcW w:w="5112" w:type="dxa"/>
          </w:tcPr>
          <w:p w14:paraId="0BB2FCF6" w14:textId="77777777" w:rsidR="00A020EC" w:rsidRDefault="00A020EC"/>
        </w:tc>
      </w:tr>
      <w:tr w:rsidR="00A020EC" w14:paraId="195EDAAE" w14:textId="77777777">
        <w:trPr>
          <w:jc w:val="center"/>
        </w:trPr>
        <w:tc>
          <w:tcPr>
            <w:tcW w:w="5112" w:type="dxa"/>
          </w:tcPr>
          <w:p w14:paraId="2F13FCCA" w14:textId="77777777" w:rsidR="00A020EC" w:rsidRDefault="00000000">
            <w:r>
              <w:rPr>
                <w:sz w:val="17"/>
              </w:rPr>
              <w:t>Teléfono de contacto</w:t>
            </w:r>
          </w:p>
        </w:tc>
        <w:tc>
          <w:tcPr>
            <w:tcW w:w="5112" w:type="dxa"/>
          </w:tcPr>
          <w:p w14:paraId="2CD59917" w14:textId="77777777" w:rsidR="00A020EC" w:rsidRDefault="00A020EC"/>
        </w:tc>
      </w:tr>
      <w:tr w:rsidR="00A020EC" w14:paraId="4A3D6FF0" w14:textId="77777777">
        <w:trPr>
          <w:jc w:val="center"/>
        </w:trPr>
        <w:tc>
          <w:tcPr>
            <w:tcW w:w="5112" w:type="dxa"/>
          </w:tcPr>
          <w:p w14:paraId="66F7F816" w14:textId="77777777" w:rsidR="00A020EC" w:rsidRDefault="00000000">
            <w:r>
              <w:rPr>
                <w:sz w:val="17"/>
              </w:rPr>
              <w:t>Título profesional</w:t>
            </w:r>
          </w:p>
        </w:tc>
        <w:tc>
          <w:tcPr>
            <w:tcW w:w="5112" w:type="dxa"/>
          </w:tcPr>
          <w:p w14:paraId="51F54AA5" w14:textId="77777777" w:rsidR="00A020EC" w:rsidRDefault="00A020EC"/>
        </w:tc>
      </w:tr>
    </w:tbl>
    <w:p w14:paraId="5EC81BE0" w14:textId="77777777" w:rsidR="00D81CFE" w:rsidRDefault="00D81CFE">
      <w:pPr>
        <w:jc w:val="both"/>
        <w:rPr>
          <w:b/>
          <w:sz w:val="20"/>
        </w:rPr>
      </w:pPr>
    </w:p>
    <w:p w14:paraId="4EE35032" w14:textId="70649C2B" w:rsidR="00A020EC" w:rsidRDefault="00000000">
      <w:pPr>
        <w:jc w:val="both"/>
      </w:pPr>
      <w:r>
        <w:rPr>
          <w:b/>
          <w:sz w:val="20"/>
        </w:rPr>
        <w:t>3. VERIFICACIÓN DE REQUISITOS</w:t>
      </w:r>
    </w:p>
    <w:p w14:paraId="01887C76" w14:textId="77777777" w:rsidR="00A020EC" w:rsidRDefault="00000000">
      <w:pPr>
        <w:jc w:val="both"/>
      </w:pPr>
      <w:r>
        <w:rPr>
          <w:sz w:val="20"/>
        </w:rPr>
        <w:t>Marque la opción correspondiente. La verificación definitiva será realizada por la Dirección de Talento Humano.</w:t>
      </w:r>
    </w:p>
    <w:tbl>
      <w:tblPr>
        <w:tblStyle w:val="Tablaconcuadrcula"/>
        <w:tblW w:w="10440" w:type="dxa"/>
        <w:jc w:val="center"/>
        <w:tblLook w:val="04A0" w:firstRow="1" w:lastRow="0" w:firstColumn="1" w:lastColumn="0" w:noHBand="0" w:noVBand="1"/>
      </w:tblPr>
      <w:tblGrid>
        <w:gridCol w:w="2313"/>
        <w:gridCol w:w="1965"/>
        <w:gridCol w:w="1990"/>
        <w:gridCol w:w="1923"/>
        <w:gridCol w:w="2249"/>
      </w:tblGrid>
      <w:tr w:rsidR="00D81CFE" w14:paraId="721EE66B" w14:textId="77777777" w:rsidTr="00D81CFE">
        <w:trPr>
          <w:jc w:val="center"/>
        </w:trPr>
        <w:tc>
          <w:tcPr>
            <w:tcW w:w="2313" w:type="dxa"/>
          </w:tcPr>
          <w:p w14:paraId="6C1B7CBA" w14:textId="77777777" w:rsidR="00D81CFE" w:rsidRDefault="00D81CFE" w:rsidP="00D81CFE">
            <w:r>
              <w:rPr>
                <w:sz w:val="17"/>
              </w:rPr>
              <w:t>REQUISITO</w:t>
            </w:r>
          </w:p>
        </w:tc>
        <w:tc>
          <w:tcPr>
            <w:tcW w:w="1965" w:type="dxa"/>
          </w:tcPr>
          <w:p w14:paraId="758CDECF" w14:textId="77777777" w:rsidR="00D81CFE" w:rsidRDefault="00D81CFE" w:rsidP="00D81CFE">
            <w:r>
              <w:rPr>
                <w:sz w:val="17"/>
              </w:rPr>
              <w:t>SÍ</w:t>
            </w:r>
          </w:p>
        </w:tc>
        <w:tc>
          <w:tcPr>
            <w:tcW w:w="1990" w:type="dxa"/>
          </w:tcPr>
          <w:p w14:paraId="384C9E84" w14:textId="77777777" w:rsidR="00D81CFE" w:rsidRDefault="00D81CFE" w:rsidP="00D81CFE">
            <w:r>
              <w:rPr>
                <w:sz w:val="17"/>
              </w:rPr>
              <w:t>NO</w:t>
            </w:r>
          </w:p>
        </w:tc>
        <w:tc>
          <w:tcPr>
            <w:tcW w:w="1923" w:type="dxa"/>
          </w:tcPr>
          <w:p w14:paraId="04E5527A" w14:textId="7429C766" w:rsidR="00D81CFE" w:rsidRDefault="00D81CFE" w:rsidP="00D81CFE">
            <w:pPr>
              <w:rPr>
                <w:sz w:val="17"/>
              </w:rPr>
            </w:pPr>
            <w:r>
              <w:rPr>
                <w:sz w:val="17"/>
              </w:rPr>
              <w:t>N</w:t>
            </w:r>
            <w:r>
              <w:rPr>
                <w:sz w:val="17"/>
              </w:rPr>
              <w:t>/A</w:t>
            </w:r>
          </w:p>
        </w:tc>
        <w:tc>
          <w:tcPr>
            <w:tcW w:w="2249" w:type="dxa"/>
          </w:tcPr>
          <w:p w14:paraId="6E69F668" w14:textId="1E24A8F6" w:rsidR="00D81CFE" w:rsidRDefault="00D81CFE" w:rsidP="00D81CFE">
            <w:r>
              <w:rPr>
                <w:sz w:val="17"/>
              </w:rPr>
              <w:t>VERIFICACIÓN TALENTO HUMANO</w:t>
            </w:r>
          </w:p>
        </w:tc>
      </w:tr>
      <w:tr w:rsidR="00D81CFE" w14:paraId="70B9962D" w14:textId="77777777" w:rsidTr="00D81CFE">
        <w:trPr>
          <w:jc w:val="center"/>
        </w:trPr>
        <w:tc>
          <w:tcPr>
            <w:tcW w:w="2313" w:type="dxa"/>
          </w:tcPr>
          <w:p w14:paraId="267A93C7" w14:textId="77777777" w:rsidR="00D81CFE" w:rsidRDefault="00D81CFE" w:rsidP="00D81CFE">
            <w:r>
              <w:rPr>
                <w:sz w:val="17"/>
              </w:rPr>
              <w:t xml:space="preserve">Es </w:t>
            </w:r>
            <w:proofErr w:type="spellStart"/>
            <w:r>
              <w:rPr>
                <w:sz w:val="17"/>
              </w:rPr>
              <w:t>empleado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público</w:t>
            </w:r>
            <w:proofErr w:type="spellEnd"/>
            <w:r>
              <w:rPr>
                <w:sz w:val="17"/>
              </w:rPr>
              <w:t xml:space="preserve"> de planta de la ESE Hospital Local Cartagena de Indias.</w:t>
            </w:r>
          </w:p>
        </w:tc>
        <w:tc>
          <w:tcPr>
            <w:tcW w:w="1965" w:type="dxa"/>
          </w:tcPr>
          <w:p w14:paraId="47840B57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90" w:type="dxa"/>
          </w:tcPr>
          <w:p w14:paraId="2FB3DE7A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23" w:type="dxa"/>
          </w:tcPr>
          <w:p w14:paraId="64625C77" w14:textId="65483100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2249" w:type="dxa"/>
          </w:tcPr>
          <w:p w14:paraId="226AA7F1" w14:textId="6C60F0FD" w:rsidR="00D81CFE" w:rsidRDefault="00D81CFE" w:rsidP="00D81CFE"/>
        </w:tc>
      </w:tr>
      <w:tr w:rsidR="00D81CFE" w14:paraId="26FE2613" w14:textId="77777777" w:rsidTr="00D81CFE">
        <w:trPr>
          <w:jc w:val="center"/>
        </w:trPr>
        <w:tc>
          <w:tcPr>
            <w:tcW w:w="2313" w:type="dxa"/>
          </w:tcPr>
          <w:p w14:paraId="38468226" w14:textId="77777777" w:rsidR="00D81CFE" w:rsidRDefault="00D81CFE" w:rsidP="00D81CFE">
            <w:proofErr w:type="spellStart"/>
            <w:r w:rsidRPr="00D81CFE">
              <w:rPr>
                <w:b/>
                <w:bCs/>
                <w:sz w:val="17"/>
              </w:rPr>
              <w:t>Área</w:t>
            </w:r>
            <w:proofErr w:type="spellEnd"/>
            <w:r w:rsidRPr="00D81CFE">
              <w:rPr>
                <w:b/>
                <w:bCs/>
                <w:sz w:val="17"/>
              </w:rPr>
              <w:t xml:space="preserve"> </w:t>
            </w:r>
            <w:proofErr w:type="spellStart"/>
            <w:r w:rsidRPr="00D81CFE">
              <w:rPr>
                <w:b/>
                <w:bCs/>
                <w:sz w:val="17"/>
              </w:rPr>
              <w:t>administrativa</w:t>
            </w:r>
            <w:proofErr w:type="spellEnd"/>
            <w:r>
              <w:rPr>
                <w:sz w:val="17"/>
              </w:rPr>
              <w:t xml:space="preserve">: </w:t>
            </w:r>
            <w:proofErr w:type="spellStart"/>
            <w:r>
              <w:rPr>
                <w:sz w:val="17"/>
              </w:rPr>
              <w:t>está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posesionado</w:t>
            </w:r>
            <w:proofErr w:type="spellEnd"/>
            <w:r>
              <w:rPr>
                <w:sz w:val="17"/>
              </w:rPr>
              <w:t xml:space="preserve"> en cargo del nivel directivo, asesor o profesional.</w:t>
            </w:r>
          </w:p>
        </w:tc>
        <w:tc>
          <w:tcPr>
            <w:tcW w:w="1965" w:type="dxa"/>
          </w:tcPr>
          <w:p w14:paraId="03FBCDD1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90" w:type="dxa"/>
          </w:tcPr>
          <w:p w14:paraId="6E136E84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23" w:type="dxa"/>
          </w:tcPr>
          <w:p w14:paraId="1AEA1E73" w14:textId="1D8CB18E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2249" w:type="dxa"/>
          </w:tcPr>
          <w:p w14:paraId="7A83A281" w14:textId="4339EC0F" w:rsidR="00D81CFE" w:rsidRDefault="00D81CFE" w:rsidP="00D81CFE"/>
        </w:tc>
      </w:tr>
      <w:tr w:rsidR="00D81CFE" w14:paraId="630A521E" w14:textId="77777777" w:rsidTr="00D81CFE">
        <w:trPr>
          <w:jc w:val="center"/>
        </w:trPr>
        <w:tc>
          <w:tcPr>
            <w:tcW w:w="2313" w:type="dxa"/>
          </w:tcPr>
          <w:p w14:paraId="7F078070" w14:textId="77777777" w:rsidR="00D81CFE" w:rsidRDefault="00D81CFE" w:rsidP="00D81CFE">
            <w:r w:rsidRPr="00D81CFE">
              <w:rPr>
                <w:b/>
                <w:bCs/>
                <w:sz w:val="17"/>
              </w:rPr>
              <w:t>Área administrativa:</w:t>
            </w:r>
            <w:r>
              <w:rPr>
                <w:sz w:val="17"/>
              </w:rPr>
              <w:t xml:space="preserve"> posee título profesional en un área diferente a las ciencias de la salud.</w:t>
            </w:r>
          </w:p>
        </w:tc>
        <w:tc>
          <w:tcPr>
            <w:tcW w:w="1965" w:type="dxa"/>
          </w:tcPr>
          <w:p w14:paraId="5DD74B36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90" w:type="dxa"/>
          </w:tcPr>
          <w:p w14:paraId="276D40A4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23" w:type="dxa"/>
          </w:tcPr>
          <w:p w14:paraId="4353A5AE" w14:textId="39846549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2249" w:type="dxa"/>
          </w:tcPr>
          <w:p w14:paraId="2555AE3E" w14:textId="4E959752" w:rsidR="00D81CFE" w:rsidRDefault="00D81CFE" w:rsidP="00D81CFE"/>
        </w:tc>
      </w:tr>
      <w:tr w:rsidR="00D81CFE" w14:paraId="14932966" w14:textId="77777777" w:rsidTr="00D81CFE">
        <w:trPr>
          <w:jc w:val="center"/>
        </w:trPr>
        <w:tc>
          <w:tcPr>
            <w:tcW w:w="2313" w:type="dxa"/>
          </w:tcPr>
          <w:p w14:paraId="1DFD41AF" w14:textId="77777777" w:rsidR="00D81CFE" w:rsidRDefault="00D81CFE" w:rsidP="00D81CFE">
            <w:r w:rsidRPr="00D81CFE">
              <w:rPr>
                <w:b/>
                <w:bCs/>
                <w:sz w:val="17"/>
              </w:rPr>
              <w:t>Área asistencial:</w:t>
            </w:r>
            <w:r>
              <w:rPr>
                <w:sz w:val="17"/>
              </w:rPr>
              <w:t xml:space="preserve"> posee título profesional en una disciplina de la salud.</w:t>
            </w:r>
          </w:p>
        </w:tc>
        <w:tc>
          <w:tcPr>
            <w:tcW w:w="1965" w:type="dxa"/>
          </w:tcPr>
          <w:p w14:paraId="17CDA8EC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90" w:type="dxa"/>
          </w:tcPr>
          <w:p w14:paraId="47D6311D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23" w:type="dxa"/>
          </w:tcPr>
          <w:p w14:paraId="78E6DE7E" w14:textId="272E6D0D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2249" w:type="dxa"/>
          </w:tcPr>
          <w:p w14:paraId="7F26F508" w14:textId="7A7E62A2" w:rsidR="00D81CFE" w:rsidRDefault="00D81CFE" w:rsidP="00D81CFE"/>
        </w:tc>
      </w:tr>
      <w:tr w:rsidR="00D81CFE" w14:paraId="2AEBF0A6" w14:textId="77777777" w:rsidTr="00D81CFE">
        <w:trPr>
          <w:jc w:val="center"/>
        </w:trPr>
        <w:tc>
          <w:tcPr>
            <w:tcW w:w="2313" w:type="dxa"/>
          </w:tcPr>
          <w:p w14:paraId="5F5D9330" w14:textId="0653E0A1" w:rsidR="00D81CFE" w:rsidRDefault="00D81CFE" w:rsidP="00D81CFE">
            <w:r>
              <w:rPr>
                <w:sz w:val="17"/>
              </w:rPr>
              <w:t xml:space="preserve">Se </w:t>
            </w:r>
            <w:proofErr w:type="spellStart"/>
            <w:r>
              <w:rPr>
                <w:sz w:val="17"/>
              </w:rPr>
              <w:t>encuentra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incurso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inhabilidades</w:t>
            </w:r>
            <w:proofErr w:type="spellEnd"/>
            <w:r>
              <w:rPr>
                <w:sz w:val="17"/>
              </w:rPr>
              <w:t xml:space="preserve"> o incompatibilidades.</w:t>
            </w:r>
          </w:p>
        </w:tc>
        <w:tc>
          <w:tcPr>
            <w:tcW w:w="1965" w:type="dxa"/>
          </w:tcPr>
          <w:p w14:paraId="23E47EB7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90" w:type="dxa"/>
          </w:tcPr>
          <w:p w14:paraId="0FDE0A00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23" w:type="dxa"/>
          </w:tcPr>
          <w:p w14:paraId="3E2B28BB" w14:textId="798152FD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2249" w:type="dxa"/>
          </w:tcPr>
          <w:p w14:paraId="54325B78" w14:textId="442AC0A2" w:rsidR="00D81CFE" w:rsidRDefault="00D81CFE" w:rsidP="00D81CFE"/>
        </w:tc>
      </w:tr>
      <w:tr w:rsidR="00D81CFE" w14:paraId="610E9904" w14:textId="77777777" w:rsidTr="00D81CFE">
        <w:trPr>
          <w:jc w:val="center"/>
        </w:trPr>
        <w:tc>
          <w:tcPr>
            <w:tcW w:w="2313" w:type="dxa"/>
          </w:tcPr>
          <w:p w14:paraId="387BD2EB" w14:textId="1972F15E" w:rsidR="00D81CFE" w:rsidRDefault="00D81CFE" w:rsidP="00D81CFE">
            <w:r>
              <w:rPr>
                <w:sz w:val="17"/>
              </w:rPr>
              <w:t xml:space="preserve">Se </w:t>
            </w:r>
            <w:proofErr w:type="spellStart"/>
            <w:r>
              <w:rPr>
                <w:sz w:val="17"/>
              </w:rPr>
              <w:t>encuentra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incurso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</w:t>
            </w:r>
            <w:proofErr w:type="spellEnd"/>
            <w:r>
              <w:rPr>
                <w:sz w:val="17"/>
              </w:rPr>
              <w:t xml:space="preserve"> la prohibición de reelección para períodos consecutivos.</w:t>
            </w:r>
          </w:p>
        </w:tc>
        <w:tc>
          <w:tcPr>
            <w:tcW w:w="1965" w:type="dxa"/>
          </w:tcPr>
          <w:p w14:paraId="01574735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90" w:type="dxa"/>
          </w:tcPr>
          <w:p w14:paraId="0C537AD3" w14:textId="77777777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1923" w:type="dxa"/>
          </w:tcPr>
          <w:p w14:paraId="0BADC974" w14:textId="7159ADAA" w:rsidR="00D81CFE" w:rsidRDefault="00D81CFE" w:rsidP="00D81CFE">
            <w:r>
              <w:rPr>
                <w:sz w:val="17"/>
              </w:rPr>
              <w:t>☐</w:t>
            </w:r>
          </w:p>
        </w:tc>
        <w:tc>
          <w:tcPr>
            <w:tcW w:w="2249" w:type="dxa"/>
          </w:tcPr>
          <w:p w14:paraId="799B9777" w14:textId="510508D7" w:rsidR="00D81CFE" w:rsidRDefault="00D81CFE" w:rsidP="00D81CFE"/>
        </w:tc>
      </w:tr>
    </w:tbl>
    <w:p w14:paraId="65527C5E" w14:textId="77777777" w:rsidR="00D81CFE" w:rsidRDefault="00D81CFE">
      <w:pPr>
        <w:jc w:val="both"/>
        <w:rPr>
          <w:b/>
          <w:sz w:val="20"/>
        </w:rPr>
      </w:pPr>
    </w:p>
    <w:p w14:paraId="6EE0FB3F" w14:textId="77777777" w:rsidR="00D81CFE" w:rsidRDefault="00D81CFE">
      <w:pPr>
        <w:jc w:val="both"/>
        <w:rPr>
          <w:b/>
          <w:sz w:val="20"/>
        </w:rPr>
      </w:pPr>
    </w:p>
    <w:p w14:paraId="08111C87" w14:textId="48139380" w:rsidR="00A020EC" w:rsidRDefault="00000000">
      <w:pPr>
        <w:jc w:val="both"/>
      </w:pPr>
      <w:r>
        <w:rPr>
          <w:b/>
          <w:sz w:val="20"/>
        </w:rPr>
        <w:lastRenderedPageBreak/>
        <w:t>4. DECLARACIÓN DEL ASPIRANTE</w:t>
      </w:r>
    </w:p>
    <w:p w14:paraId="13801401" w14:textId="77777777" w:rsidR="00A020EC" w:rsidRDefault="00000000">
      <w:pPr>
        <w:jc w:val="both"/>
      </w:pPr>
      <w:r>
        <w:rPr>
          <w:sz w:val="20"/>
        </w:rPr>
        <w:t>Yo, ________________________________________________, identificado(a) con __________________ No. _________________________, manifiesto bajo la gravedad de juramento que la información suministrada es veraz; que conozco y acepto las condiciones de la convocatoria; que cumplo los requisitos exigidos para la representación a la cual me postulo; que no me encuentro incurso(a) en causal de inhabilidad o incompatibilidad para integrar la Junta Directiva; y autorizo a la Dirección de Talento Humano para verificar la información y los documentos que reposan en mi historia laboral.</w:t>
      </w:r>
    </w:p>
    <w:p w14:paraId="338C1D3E" w14:textId="77777777" w:rsidR="00A020EC" w:rsidRDefault="00000000">
      <w:pPr>
        <w:jc w:val="both"/>
      </w:pPr>
      <w:r>
        <w:rPr>
          <w:b/>
          <w:sz w:val="20"/>
        </w:rPr>
        <w:t>5. FIRMA DEL ASPIRANTE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A020EC" w14:paraId="610C472D" w14:textId="77777777">
        <w:trPr>
          <w:jc w:val="center"/>
        </w:trPr>
        <w:tc>
          <w:tcPr>
            <w:tcW w:w="5112" w:type="dxa"/>
          </w:tcPr>
          <w:p w14:paraId="214A93D0" w14:textId="77777777" w:rsidR="00A020EC" w:rsidRDefault="00000000">
            <w:r>
              <w:rPr>
                <w:sz w:val="17"/>
              </w:rPr>
              <w:t>Firma</w:t>
            </w:r>
          </w:p>
        </w:tc>
        <w:tc>
          <w:tcPr>
            <w:tcW w:w="5112" w:type="dxa"/>
          </w:tcPr>
          <w:p w14:paraId="4515668F" w14:textId="77777777" w:rsidR="00A020EC" w:rsidRDefault="00000000">
            <w:r>
              <w:rPr>
                <w:sz w:val="17"/>
              </w:rPr>
              <w:t>Nombre completo</w:t>
            </w:r>
          </w:p>
        </w:tc>
      </w:tr>
      <w:tr w:rsidR="00A020EC" w14:paraId="08CDA102" w14:textId="77777777">
        <w:trPr>
          <w:jc w:val="center"/>
        </w:trPr>
        <w:tc>
          <w:tcPr>
            <w:tcW w:w="5112" w:type="dxa"/>
          </w:tcPr>
          <w:p w14:paraId="2B41DD42" w14:textId="172E9126" w:rsidR="00D81CFE" w:rsidRDefault="00000000" w:rsidP="00D81CFE">
            <w:r>
              <w:rPr>
                <w:sz w:val="17"/>
              </w:rPr>
              <w:br/>
            </w:r>
          </w:p>
          <w:p w14:paraId="2F137146" w14:textId="18D1ED58" w:rsidR="00A020EC" w:rsidRDefault="00A020EC"/>
        </w:tc>
        <w:tc>
          <w:tcPr>
            <w:tcW w:w="5112" w:type="dxa"/>
          </w:tcPr>
          <w:p w14:paraId="17ED61CD" w14:textId="77777777" w:rsidR="00A020EC" w:rsidRDefault="00000000">
            <w:r>
              <w:rPr>
                <w:sz w:val="17"/>
              </w:rPr>
              <w:br/>
              <w:t>________________________________________</w:t>
            </w:r>
          </w:p>
        </w:tc>
      </w:tr>
      <w:tr w:rsidR="00A020EC" w14:paraId="74DF2ADA" w14:textId="77777777" w:rsidTr="00D81CFE">
        <w:trPr>
          <w:trHeight w:val="273"/>
          <w:jc w:val="center"/>
        </w:trPr>
        <w:tc>
          <w:tcPr>
            <w:tcW w:w="5112" w:type="dxa"/>
          </w:tcPr>
          <w:p w14:paraId="53A691A8" w14:textId="77777777" w:rsidR="00A020EC" w:rsidRDefault="00000000">
            <w:proofErr w:type="spellStart"/>
            <w:r>
              <w:rPr>
                <w:sz w:val="17"/>
              </w:rPr>
              <w:t>Documento</w:t>
            </w:r>
            <w:proofErr w:type="spellEnd"/>
            <w:r>
              <w:rPr>
                <w:sz w:val="17"/>
              </w:rPr>
              <w:t>: ____________________________</w:t>
            </w:r>
          </w:p>
        </w:tc>
        <w:tc>
          <w:tcPr>
            <w:tcW w:w="5112" w:type="dxa"/>
          </w:tcPr>
          <w:p w14:paraId="382EC242" w14:textId="7A1CD2D6" w:rsidR="00A020EC" w:rsidRDefault="00A020EC"/>
        </w:tc>
      </w:tr>
    </w:tbl>
    <w:p w14:paraId="718BECDE" w14:textId="77777777" w:rsidR="00D81CFE" w:rsidRDefault="00D81CFE">
      <w:pPr>
        <w:jc w:val="both"/>
        <w:rPr>
          <w:b/>
          <w:sz w:val="20"/>
        </w:rPr>
      </w:pPr>
    </w:p>
    <w:p w14:paraId="307BD4F9" w14:textId="708320BD" w:rsidR="00A020EC" w:rsidRDefault="00000000">
      <w:pPr>
        <w:jc w:val="both"/>
      </w:pPr>
      <w:r>
        <w:rPr>
          <w:b/>
          <w:sz w:val="20"/>
        </w:rPr>
        <w:t>6. ESPACIO EXCLUSIVO PARA TALENTO HUMANO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A020EC" w14:paraId="483AD662" w14:textId="77777777">
        <w:trPr>
          <w:jc w:val="center"/>
        </w:trPr>
        <w:tc>
          <w:tcPr>
            <w:tcW w:w="5112" w:type="dxa"/>
          </w:tcPr>
          <w:p w14:paraId="19A61DF7" w14:textId="77777777" w:rsidR="00A020EC" w:rsidRDefault="00000000">
            <w:r>
              <w:rPr>
                <w:sz w:val="17"/>
              </w:rPr>
              <w:t>CAMPO</w:t>
            </w:r>
          </w:p>
        </w:tc>
        <w:tc>
          <w:tcPr>
            <w:tcW w:w="5112" w:type="dxa"/>
          </w:tcPr>
          <w:p w14:paraId="14D8477A" w14:textId="77777777" w:rsidR="00A020EC" w:rsidRDefault="00000000">
            <w:r>
              <w:rPr>
                <w:sz w:val="17"/>
              </w:rPr>
              <w:t>REGISTRO</w:t>
            </w:r>
          </w:p>
        </w:tc>
      </w:tr>
      <w:tr w:rsidR="00A020EC" w14:paraId="42C7A7C3" w14:textId="77777777">
        <w:trPr>
          <w:jc w:val="center"/>
        </w:trPr>
        <w:tc>
          <w:tcPr>
            <w:tcW w:w="5112" w:type="dxa"/>
          </w:tcPr>
          <w:p w14:paraId="143F36E2" w14:textId="77777777" w:rsidR="00A020EC" w:rsidRDefault="00000000">
            <w:r>
              <w:rPr>
                <w:sz w:val="17"/>
              </w:rPr>
              <w:t>Número / consecutivo de inscripción</w:t>
            </w:r>
          </w:p>
        </w:tc>
        <w:tc>
          <w:tcPr>
            <w:tcW w:w="5112" w:type="dxa"/>
          </w:tcPr>
          <w:p w14:paraId="5829484D" w14:textId="77777777" w:rsidR="00A020EC" w:rsidRDefault="00A020EC"/>
        </w:tc>
      </w:tr>
      <w:tr w:rsidR="00A020EC" w14:paraId="53EE524B" w14:textId="77777777">
        <w:trPr>
          <w:jc w:val="center"/>
        </w:trPr>
        <w:tc>
          <w:tcPr>
            <w:tcW w:w="5112" w:type="dxa"/>
          </w:tcPr>
          <w:p w14:paraId="007BAC00" w14:textId="77777777" w:rsidR="00A020EC" w:rsidRDefault="00000000">
            <w:r>
              <w:rPr>
                <w:sz w:val="17"/>
              </w:rPr>
              <w:t>Fecha y hora de recepción</w:t>
            </w:r>
          </w:p>
        </w:tc>
        <w:tc>
          <w:tcPr>
            <w:tcW w:w="5112" w:type="dxa"/>
          </w:tcPr>
          <w:p w14:paraId="23822C68" w14:textId="77777777" w:rsidR="00A020EC" w:rsidRDefault="00A020EC"/>
        </w:tc>
      </w:tr>
      <w:tr w:rsidR="00A020EC" w14:paraId="2A6BB79A" w14:textId="77777777">
        <w:trPr>
          <w:jc w:val="center"/>
        </w:trPr>
        <w:tc>
          <w:tcPr>
            <w:tcW w:w="5112" w:type="dxa"/>
          </w:tcPr>
          <w:p w14:paraId="78D7FBA5" w14:textId="77777777" w:rsidR="00A020EC" w:rsidRDefault="00000000">
            <w:r>
              <w:rPr>
                <w:sz w:val="17"/>
              </w:rPr>
              <w:t>Resultado de verificación</w:t>
            </w:r>
          </w:p>
        </w:tc>
        <w:tc>
          <w:tcPr>
            <w:tcW w:w="5112" w:type="dxa"/>
          </w:tcPr>
          <w:p w14:paraId="10DDDCC9" w14:textId="77777777" w:rsidR="00A020EC" w:rsidRDefault="00000000">
            <w:r>
              <w:rPr>
                <w:sz w:val="17"/>
              </w:rPr>
              <w:t>☐ HABILITADO(A)    ☐ NO HABILITADO(A)</w:t>
            </w:r>
          </w:p>
        </w:tc>
      </w:tr>
      <w:tr w:rsidR="00A020EC" w14:paraId="1E5B596E" w14:textId="77777777">
        <w:trPr>
          <w:jc w:val="center"/>
        </w:trPr>
        <w:tc>
          <w:tcPr>
            <w:tcW w:w="5112" w:type="dxa"/>
          </w:tcPr>
          <w:p w14:paraId="016F6BB6" w14:textId="77777777" w:rsidR="00A020EC" w:rsidRDefault="00000000">
            <w:r>
              <w:rPr>
                <w:sz w:val="17"/>
              </w:rPr>
              <w:t>Observaciones</w:t>
            </w:r>
          </w:p>
        </w:tc>
        <w:tc>
          <w:tcPr>
            <w:tcW w:w="5112" w:type="dxa"/>
          </w:tcPr>
          <w:p w14:paraId="2A83D3A6" w14:textId="77777777" w:rsidR="00A020EC" w:rsidRDefault="00000000">
            <w:r>
              <w:rPr>
                <w:sz w:val="17"/>
              </w:rPr>
              <w:br/>
            </w:r>
          </w:p>
        </w:tc>
      </w:tr>
      <w:tr w:rsidR="00A020EC" w14:paraId="6ADE42A7" w14:textId="77777777">
        <w:trPr>
          <w:jc w:val="center"/>
        </w:trPr>
        <w:tc>
          <w:tcPr>
            <w:tcW w:w="5112" w:type="dxa"/>
          </w:tcPr>
          <w:p w14:paraId="318292F0" w14:textId="77777777" w:rsidR="00A020EC" w:rsidRDefault="00000000">
            <w:r>
              <w:rPr>
                <w:sz w:val="17"/>
              </w:rPr>
              <w:t>Nombre y firma del responsable</w:t>
            </w:r>
          </w:p>
        </w:tc>
        <w:tc>
          <w:tcPr>
            <w:tcW w:w="5112" w:type="dxa"/>
          </w:tcPr>
          <w:p w14:paraId="794BC555" w14:textId="77777777" w:rsidR="00A020EC" w:rsidRDefault="00000000">
            <w:r>
              <w:rPr>
                <w:sz w:val="17"/>
              </w:rPr>
              <w:br/>
            </w:r>
          </w:p>
        </w:tc>
      </w:tr>
    </w:tbl>
    <w:p w14:paraId="6BAFF122" w14:textId="77777777" w:rsidR="00A020EC" w:rsidRDefault="00000000">
      <w:pPr>
        <w:jc w:val="both"/>
      </w:pPr>
      <w:r>
        <w:rPr>
          <w:sz w:val="20"/>
        </w:rPr>
        <w:t>Nota: La inscripción no implica habilitación automática. La Dirección de Talento Humano verificará el cumplimiento de los requisitos establecidos en la resolución de convocatoria y publicará los listados correspondientes dentro del cronograma electoral.</w:t>
      </w:r>
    </w:p>
    <w:sectPr w:rsidR="00A020EC" w:rsidSect="00D81CFE">
      <w:headerReference w:type="default" r:id="rId8"/>
      <w:footerReference w:type="default" r:id="rId9"/>
      <w:pgSz w:w="12240" w:h="15840"/>
      <w:pgMar w:top="2552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8064E" w14:textId="77777777" w:rsidR="008F6CC3" w:rsidRDefault="008F6CC3" w:rsidP="00D81CFE">
      <w:pPr>
        <w:spacing w:after="0" w:line="240" w:lineRule="auto"/>
      </w:pPr>
      <w:r>
        <w:separator/>
      </w:r>
    </w:p>
  </w:endnote>
  <w:endnote w:type="continuationSeparator" w:id="0">
    <w:p w14:paraId="44ACDC1F" w14:textId="77777777" w:rsidR="008F6CC3" w:rsidRDefault="008F6CC3" w:rsidP="00D81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B3AC4" w14:textId="3FB4AE18" w:rsidR="00D81CFE" w:rsidRDefault="00D81CFE">
    <w:pPr>
      <w:pStyle w:val="Piedepgina"/>
    </w:pPr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11879EE5" wp14:editId="24054B0C">
          <wp:simplePos x="0" y="0"/>
          <wp:positionH relativeFrom="column">
            <wp:posOffset>323850</wp:posOffset>
          </wp:positionH>
          <wp:positionV relativeFrom="paragraph">
            <wp:posOffset>-200025</wp:posOffset>
          </wp:positionV>
          <wp:extent cx="5486965" cy="367900"/>
          <wp:effectExtent l="0" t="0" r="0" b="0"/>
          <wp:wrapNone/>
          <wp:docPr id="205827854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6965" cy="367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B7B18" w14:textId="77777777" w:rsidR="008F6CC3" w:rsidRDefault="008F6CC3" w:rsidP="00D81CFE">
      <w:pPr>
        <w:spacing w:after="0" w:line="240" w:lineRule="auto"/>
      </w:pPr>
      <w:r>
        <w:separator/>
      </w:r>
    </w:p>
  </w:footnote>
  <w:footnote w:type="continuationSeparator" w:id="0">
    <w:p w14:paraId="59EF4A12" w14:textId="77777777" w:rsidR="008F6CC3" w:rsidRDefault="008F6CC3" w:rsidP="00D81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F8BD0" w14:textId="25CBF849" w:rsidR="00D81CFE" w:rsidRDefault="00D81CFE">
    <w:pPr>
      <w:pStyle w:val="Encabezado"/>
    </w:pP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1D00CF71" wp14:editId="4322E5C0">
          <wp:simplePos x="0" y="0"/>
          <wp:positionH relativeFrom="column">
            <wp:posOffset>0</wp:posOffset>
          </wp:positionH>
          <wp:positionV relativeFrom="paragraph">
            <wp:posOffset>114300</wp:posOffset>
          </wp:positionV>
          <wp:extent cx="6062663" cy="735173"/>
          <wp:effectExtent l="0" t="0" r="0" b="0"/>
          <wp:wrapNone/>
          <wp:docPr id="45141038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62663" cy="7351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6114488">
    <w:abstractNumId w:val="8"/>
  </w:num>
  <w:num w:numId="2" w16cid:durableId="1780685658">
    <w:abstractNumId w:val="6"/>
  </w:num>
  <w:num w:numId="3" w16cid:durableId="1431779154">
    <w:abstractNumId w:val="5"/>
  </w:num>
  <w:num w:numId="4" w16cid:durableId="1696686922">
    <w:abstractNumId w:val="4"/>
  </w:num>
  <w:num w:numId="5" w16cid:durableId="187647654">
    <w:abstractNumId w:val="7"/>
  </w:num>
  <w:num w:numId="6" w16cid:durableId="955722290">
    <w:abstractNumId w:val="3"/>
  </w:num>
  <w:num w:numId="7" w16cid:durableId="185561127">
    <w:abstractNumId w:val="2"/>
  </w:num>
  <w:num w:numId="8" w16cid:durableId="728504190">
    <w:abstractNumId w:val="1"/>
  </w:num>
  <w:num w:numId="9" w16cid:durableId="157870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F6CC3"/>
    <w:rsid w:val="00A020EC"/>
    <w:rsid w:val="00A83C92"/>
    <w:rsid w:val="00AA1D8D"/>
    <w:rsid w:val="00B47730"/>
    <w:rsid w:val="00CB0664"/>
    <w:rsid w:val="00D81C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094C7DD"/>
  <w14:defaultImageDpi w14:val="300"/>
  <w15:docId w15:val="{74688F19-CCCC-4E04-80B1-A21152E02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426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aioesectg 013</cp:lastModifiedBy>
  <cp:revision>2</cp:revision>
  <dcterms:created xsi:type="dcterms:W3CDTF">2013-12-23T23:15:00Z</dcterms:created>
  <dcterms:modified xsi:type="dcterms:W3CDTF">2026-10-06T20:35:00Z</dcterms:modified>
  <cp:category/>
</cp:coreProperties>
</file>